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ABF44" w14:textId="34B42A66" w:rsidR="00CB59A6" w:rsidRDefault="00000000" w:rsidP="005E3D07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8ABA" w14:textId="77777777" w:rsidR="00F371C8" w:rsidRDefault="00F371C8" w:rsidP="005E3D07"/>
    <w:p w14:paraId="00077535" w14:textId="6D87EE55" w:rsidR="005E3D07" w:rsidRDefault="00000000" w:rsidP="00F371C8">
      <w:pPr>
        <w:pStyle w:val="NoSpacing"/>
        <w:ind w:left="720"/>
        <w:jc w:val="center"/>
        <w:rPr>
          <w:sz w:val="36"/>
          <w:szCs w:val="36"/>
          <w:lang w:val="it-IT"/>
        </w:rPr>
      </w:pPr>
      <w:r w:rsidRPr="0096241E">
        <w:rPr>
          <w:sz w:val="36"/>
          <w:szCs w:val="36"/>
          <w:lang w:val="it-IT"/>
        </w:rPr>
        <w:t xml:space="preserve">EXCURSIE DE 1 ZI </w:t>
      </w:r>
      <w:r w:rsidR="0096241E" w:rsidRPr="0096241E">
        <w:rPr>
          <w:sz w:val="36"/>
          <w:szCs w:val="36"/>
          <w:lang w:val="it-IT"/>
        </w:rPr>
        <w:t xml:space="preserve">LA </w:t>
      </w:r>
      <w:r w:rsidR="00F371C8">
        <w:rPr>
          <w:sz w:val="36"/>
          <w:szCs w:val="36"/>
          <w:lang w:val="it-IT"/>
        </w:rPr>
        <w:t>VALEA ZIMBRILOR – PESTERA VALEA CETA</w:t>
      </w:r>
      <w:r w:rsidR="00245B01">
        <w:rPr>
          <w:sz w:val="36"/>
          <w:szCs w:val="36"/>
          <w:lang w:val="it-IT"/>
        </w:rPr>
        <w:t>T</w:t>
      </w:r>
      <w:r w:rsidR="00F371C8">
        <w:rPr>
          <w:sz w:val="36"/>
          <w:szCs w:val="36"/>
          <w:lang w:val="it-IT"/>
        </w:rPr>
        <w:t>II</w:t>
      </w:r>
    </w:p>
    <w:p w14:paraId="346D9B0E" w14:textId="77777777" w:rsidR="00CB59A6" w:rsidRDefault="00CB59A6" w:rsidP="0096241E">
      <w:pPr>
        <w:pStyle w:val="NoSpacing"/>
        <w:ind w:left="720"/>
        <w:jc w:val="center"/>
        <w:rPr>
          <w:sz w:val="36"/>
          <w:szCs w:val="36"/>
          <w:lang w:val="it-IT"/>
        </w:rPr>
      </w:pPr>
    </w:p>
    <w:p w14:paraId="35718F95" w14:textId="45654778" w:rsidR="00205BF5" w:rsidRDefault="00CB59A6" w:rsidP="00CB59A6">
      <w:pPr>
        <w:pStyle w:val="NoSpacing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     </w:t>
      </w:r>
      <w:r w:rsidR="009D5269">
        <w:rPr>
          <w:noProof/>
          <w:sz w:val="36"/>
          <w:szCs w:val="36"/>
          <w:lang w:val="it-IT"/>
        </w:rPr>
        <w:drawing>
          <wp:inline distT="0" distB="0" distL="0" distR="0" wp14:anchorId="5FCCE5D6" wp14:editId="76113356">
            <wp:extent cx="2533650" cy="1695450"/>
            <wp:effectExtent l="0" t="0" r="0" b="0"/>
            <wp:docPr id="291907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269">
        <w:rPr>
          <w:sz w:val="36"/>
          <w:szCs w:val="36"/>
          <w:lang w:val="it-IT"/>
        </w:rPr>
        <w:t xml:space="preserve">  </w:t>
      </w:r>
      <w:r w:rsidR="009D5269">
        <w:rPr>
          <w:noProof/>
          <w:sz w:val="36"/>
          <w:szCs w:val="36"/>
          <w:lang w:val="it-IT"/>
        </w:rPr>
        <w:drawing>
          <wp:inline distT="0" distB="0" distL="0" distR="0" wp14:anchorId="1CA92803" wp14:editId="44635655">
            <wp:extent cx="2552700" cy="1681480"/>
            <wp:effectExtent l="0" t="0" r="0" b="0"/>
            <wp:docPr id="7050204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58" cy="16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E470A" w14:textId="00D98AF3" w:rsidR="005E3D07" w:rsidRDefault="000A2BD4" w:rsidP="00DD6BEC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               </w:t>
      </w:r>
    </w:p>
    <w:p w14:paraId="76CC1C1F" w14:textId="11666364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</w:t>
      </w:r>
      <w:r w:rsidR="00205BF5">
        <w:rPr>
          <w:b/>
          <w:bCs/>
          <w:lang w:val="it-IT"/>
        </w:rPr>
        <w:t xml:space="preserve">       </w:t>
      </w:r>
      <w:r w:rsidRPr="00D00718">
        <w:rPr>
          <w:b/>
          <w:bCs/>
          <w:lang w:val="it-IT"/>
        </w:rPr>
        <w:t xml:space="preserve">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5E6D300F" w14:textId="1402F5C6" w:rsidR="00962110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</w:t>
      </w:r>
      <w:r w:rsidR="00205BF5">
        <w:rPr>
          <w:b/>
          <w:bCs/>
          <w:lang w:val="it-IT"/>
        </w:rPr>
        <w:t xml:space="preserve">       </w:t>
      </w:r>
      <w:r w:rsidRPr="00D00718">
        <w:rPr>
          <w:b/>
          <w:bCs/>
          <w:lang w:val="it-IT"/>
        </w:rPr>
        <w:t xml:space="preserve"> </w:t>
      </w:r>
      <w:r w:rsidR="00DD6BEC" w:rsidRPr="00D00718">
        <w:rPr>
          <w:b/>
          <w:bCs/>
          <w:lang w:val="it-IT"/>
        </w:rPr>
        <w:t xml:space="preserve">Tarif                   </w:t>
      </w:r>
      <w:r w:rsidR="009A2341">
        <w:rPr>
          <w:b/>
          <w:bCs/>
          <w:lang w:val="it-IT"/>
        </w:rPr>
        <w:t xml:space="preserve"> </w:t>
      </w:r>
      <w:r w:rsidR="009D5269">
        <w:rPr>
          <w:b/>
          <w:bCs/>
          <w:lang w:val="it-IT"/>
        </w:rPr>
        <w:t>46</w:t>
      </w:r>
      <w:r w:rsidR="00CB59A6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</w:r>
      <w:r w:rsidR="009D5269">
        <w:rPr>
          <w:b/>
          <w:bCs/>
          <w:lang w:val="it-IT"/>
        </w:rPr>
        <w:t>42</w:t>
      </w:r>
      <w:r w:rsidR="004947EF">
        <w:rPr>
          <w:b/>
          <w:bCs/>
          <w:lang w:val="it-IT"/>
        </w:rPr>
        <w:t>00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9D5269">
        <w:rPr>
          <w:b/>
          <w:bCs/>
          <w:lang w:val="it-IT"/>
        </w:rPr>
        <w:t>36</w:t>
      </w:r>
      <w:r w:rsidR="00CB59A6">
        <w:rPr>
          <w:b/>
          <w:bCs/>
          <w:lang w:val="it-IT"/>
        </w:rPr>
        <w:t>0</w:t>
      </w:r>
      <w:r w:rsidR="004947EF">
        <w:rPr>
          <w:b/>
          <w:bCs/>
          <w:lang w:val="it-IT"/>
        </w:rPr>
        <w:t>0</w:t>
      </w:r>
      <w:r w:rsidR="002A31F0" w:rsidRPr="00D00718">
        <w:rPr>
          <w:b/>
          <w:bCs/>
          <w:lang w:val="it-IT"/>
        </w:rPr>
        <w:t xml:space="preserve"> ron </w:t>
      </w:r>
    </w:p>
    <w:p w14:paraId="34C7866A" w14:textId="77777777" w:rsidR="00CB59A6" w:rsidRPr="00900F35" w:rsidRDefault="00CB59A6" w:rsidP="003403AB">
      <w:pPr>
        <w:rPr>
          <w:b/>
          <w:bCs/>
          <w:lang w:val="it-IT"/>
        </w:rPr>
      </w:pPr>
    </w:p>
    <w:p w14:paraId="3E88724C" w14:textId="462625DF" w:rsidR="00D31047" w:rsidRPr="009D5269" w:rsidRDefault="006060EF" w:rsidP="00CB59A6">
      <w:pPr>
        <w:spacing w:after="14"/>
        <w:ind w:left="2"/>
        <w:rPr>
          <w:lang w:val="it-IT"/>
        </w:rPr>
      </w:pPr>
      <w:r>
        <w:rPr>
          <w:b/>
          <w:bCs/>
          <w:lang w:val="it-IT"/>
        </w:rPr>
        <w:t xml:space="preserve"> </w:t>
      </w:r>
      <w:r w:rsidR="001A73C2">
        <w:rPr>
          <w:b/>
          <w:bCs/>
          <w:lang w:val="it-IT"/>
        </w:rPr>
        <w:t xml:space="preserve">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CB59A6">
        <w:rPr>
          <w:b/>
          <w:bCs/>
          <w:lang w:val="it-IT"/>
        </w:rPr>
        <w:t>:</w:t>
      </w:r>
      <w:r w:rsidR="00CB59A6" w:rsidRPr="00CB59A6">
        <w:rPr>
          <w:rFonts w:ascii="Times New Roman" w:eastAsia="Times New Roman" w:hAnsi="Times New Roman" w:cs="Times New Roman"/>
          <w:lang w:val="it-IT"/>
        </w:rPr>
        <w:t xml:space="preserve"> </w:t>
      </w:r>
      <w:r w:rsidR="009D5269" w:rsidRPr="009D5269">
        <w:rPr>
          <w:rFonts w:ascii="Times New Roman" w:eastAsia="Times New Roman" w:hAnsi="Times New Roman" w:cs="Times New Roman"/>
          <w:lang w:val="it-IT"/>
        </w:rPr>
        <w:t xml:space="preserve">Bucuresti - Ploiesti - </w:t>
      </w:r>
      <w:r w:rsidR="009D5269" w:rsidRPr="009D5269">
        <w:rPr>
          <w:rFonts w:ascii="Times New Roman" w:eastAsia="Times New Roman" w:hAnsi="Times New Roman" w:cs="Times New Roman"/>
          <w:color w:val="EE0000"/>
          <w:lang w:val="it-IT"/>
        </w:rPr>
        <w:t xml:space="preserve">VALEA ZIMBILOR (VAMA BUZAU) </w:t>
      </w:r>
      <w:r w:rsidR="009D5269" w:rsidRPr="009D5269">
        <w:rPr>
          <w:rFonts w:ascii="Times New Roman" w:eastAsia="Times New Roman" w:hAnsi="Times New Roman" w:cs="Times New Roman"/>
          <w:lang w:val="it-IT"/>
        </w:rPr>
        <w:t xml:space="preserve">- PESTERA </w:t>
      </w:r>
      <w:r w:rsidR="009D5269" w:rsidRPr="00245B01">
        <w:rPr>
          <w:rFonts w:ascii="Times New Roman" w:eastAsia="Times New Roman" w:hAnsi="Times New Roman" w:cs="Times New Roman"/>
          <w:color w:val="EE0000"/>
          <w:lang w:val="it-IT"/>
        </w:rPr>
        <w:t xml:space="preserve">VALEA CETATII </w:t>
      </w:r>
      <w:r w:rsidR="009D5269" w:rsidRPr="009D5269">
        <w:rPr>
          <w:rFonts w:ascii="Times New Roman" w:eastAsia="Times New Roman" w:hAnsi="Times New Roman" w:cs="Times New Roman"/>
          <w:lang w:val="it-IT"/>
        </w:rPr>
        <w:t>-  Bucuresti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0F192450" w14:textId="301EA5B9" w:rsidR="00A55BB6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0A2BD4">
        <w:rPr>
          <w:lang w:val="it-IT"/>
        </w:rPr>
        <w:t>2</w:t>
      </w:r>
      <w:r w:rsidRPr="003403AB">
        <w:rPr>
          <w:lang w:val="it-IT"/>
        </w:rPr>
        <w:t xml:space="preserve"> ore cât durează excursia!Pentru vizitarea altor obiective turistice care nu se află pe traseul menționat, prețul se recalculează.</w:t>
      </w:r>
    </w:p>
    <w:p w14:paraId="1A19CEF2" w14:textId="7E5F3D0B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432B7B0F" w:rsidR="00D31047" w:rsidRPr="003403AB" w:rsidRDefault="0000384B" w:rsidP="003403AB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           </w:t>
      </w: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82105" w14:textId="77777777" w:rsidR="003E3CD5" w:rsidRDefault="003E3CD5">
      <w:pPr>
        <w:spacing w:after="0" w:line="240" w:lineRule="auto"/>
      </w:pPr>
      <w:r>
        <w:separator/>
      </w:r>
    </w:p>
  </w:endnote>
  <w:endnote w:type="continuationSeparator" w:id="0">
    <w:p w14:paraId="111EAD72" w14:textId="77777777" w:rsidR="003E3CD5" w:rsidRDefault="003E3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F3AE9" w14:textId="77777777" w:rsidR="003E3CD5" w:rsidRDefault="003E3CD5">
      <w:pPr>
        <w:spacing w:after="0" w:line="240" w:lineRule="auto"/>
      </w:pPr>
      <w:r>
        <w:separator/>
      </w:r>
    </w:p>
  </w:footnote>
  <w:footnote w:type="continuationSeparator" w:id="0">
    <w:p w14:paraId="321EFC94" w14:textId="77777777" w:rsidR="003E3CD5" w:rsidRDefault="003E3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384B"/>
    <w:rsid w:val="00034616"/>
    <w:rsid w:val="00035418"/>
    <w:rsid w:val="0006063C"/>
    <w:rsid w:val="0006799D"/>
    <w:rsid w:val="000A2BD4"/>
    <w:rsid w:val="000E725C"/>
    <w:rsid w:val="000F044E"/>
    <w:rsid w:val="0015074B"/>
    <w:rsid w:val="001A73C2"/>
    <w:rsid w:val="001C0FAF"/>
    <w:rsid w:val="001C691C"/>
    <w:rsid w:val="00205BF5"/>
    <w:rsid w:val="00240062"/>
    <w:rsid w:val="00245B01"/>
    <w:rsid w:val="00252C9D"/>
    <w:rsid w:val="00286F3E"/>
    <w:rsid w:val="0029639D"/>
    <w:rsid w:val="002A31F0"/>
    <w:rsid w:val="002D3521"/>
    <w:rsid w:val="002D43AE"/>
    <w:rsid w:val="002E6A06"/>
    <w:rsid w:val="002F784A"/>
    <w:rsid w:val="00326F90"/>
    <w:rsid w:val="00330237"/>
    <w:rsid w:val="00333D8F"/>
    <w:rsid w:val="003403AB"/>
    <w:rsid w:val="003712A0"/>
    <w:rsid w:val="003E3CD5"/>
    <w:rsid w:val="003E5DBA"/>
    <w:rsid w:val="003E758A"/>
    <w:rsid w:val="00440A0D"/>
    <w:rsid w:val="00457D4E"/>
    <w:rsid w:val="004947EF"/>
    <w:rsid w:val="004C05C3"/>
    <w:rsid w:val="00572E27"/>
    <w:rsid w:val="00582CE6"/>
    <w:rsid w:val="005865B2"/>
    <w:rsid w:val="005E363F"/>
    <w:rsid w:val="005E3D07"/>
    <w:rsid w:val="006037F7"/>
    <w:rsid w:val="006060EF"/>
    <w:rsid w:val="00614A29"/>
    <w:rsid w:val="006A6BF7"/>
    <w:rsid w:val="006C1382"/>
    <w:rsid w:val="006C21D4"/>
    <w:rsid w:val="006D1F69"/>
    <w:rsid w:val="006E0D2D"/>
    <w:rsid w:val="006E762D"/>
    <w:rsid w:val="007053FE"/>
    <w:rsid w:val="007105BD"/>
    <w:rsid w:val="00722FE3"/>
    <w:rsid w:val="00780C57"/>
    <w:rsid w:val="0078680B"/>
    <w:rsid w:val="007A3631"/>
    <w:rsid w:val="00844BC4"/>
    <w:rsid w:val="00853F6B"/>
    <w:rsid w:val="00890E5B"/>
    <w:rsid w:val="008A3E06"/>
    <w:rsid w:val="008F3BED"/>
    <w:rsid w:val="00900F35"/>
    <w:rsid w:val="0091601F"/>
    <w:rsid w:val="00922C9F"/>
    <w:rsid w:val="00962110"/>
    <w:rsid w:val="0096241E"/>
    <w:rsid w:val="009A2341"/>
    <w:rsid w:val="009B5100"/>
    <w:rsid w:val="009D3352"/>
    <w:rsid w:val="009D5269"/>
    <w:rsid w:val="009E70FD"/>
    <w:rsid w:val="009F4BA0"/>
    <w:rsid w:val="00A51A16"/>
    <w:rsid w:val="00A53A92"/>
    <w:rsid w:val="00A55BB6"/>
    <w:rsid w:val="00A709F2"/>
    <w:rsid w:val="00A82047"/>
    <w:rsid w:val="00A941C6"/>
    <w:rsid w:val="00AA1D8D"/>
    <w:rsid w:val="00AA33ED"/>
    <w:rsid w:val="00AB2235"/>
    <w:rsid w:val="00B02E04"/>
    <w:rsid w:val="00B121E5"/>
    <w:rsid w:val="00B15727"/>
    <w:rsid w:val="00B47730"/>
    <w:rsid w:val="00B6313A"/>
    <w:rsid w:val="00B918CB"/>
    <w:rsid w:val="00BB10F4"/>
    <w:rsid w:val="00BB6DFA"/>
    <w:rsid w:val="00BF314F"/>
    <w:rsid w:val="00C93337"/>
    <w:rsid w:val="00CA201F"/>
    <w:rsid w:val="00CB0664"/>
    <w:rsid w:val="00CB26A5"/>
    <w:rsid w:val="00CB59A6"/>
    <w:rsid w:val="00CC43B5"/>
    <w:rsid w:val="00D00718"/>
    <w:rsid w:val="00D01E59"/>
    <w:rsid w:val="00D31047"/>
    <w:rsid w:val="00D569DE"/>
    <w:rsid w:val="00DA59E1"/>
    <w:rsid w:val="00DB1101"/>
    <w:rsid w:val="00DB215E"/>
    <w:rsid w:val="00DC1CCA"/>
    <w:rsid w:val="00DD6BEC"/>
    <w:rsid w:val="00E36654"/>
    <w:rsid w:val="00E749EA"/>
    <w:rsid w:val="00EF1931"/>
    <w:rsid w:val="00F16952"/>
    <w:rsid w:val="00F34A05"/>
    <w:rsid w:val="00F371C8"/>
    <w:rsid w:val="00F52D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3</cp:revision>
  <dcterms:created xsi:type="dcterms:W3CDTF">2025-08-28T10:06:00Z</dcterms:created>
  <dcterms:modified xsi:type="dcterms:W3CDTF">2025-08-28T10:26:00Z</dcterms:modified>
  <cp:category/>
</cp:coreProperties>
</file>