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B52D8" w14:textId="10CDCDE0" w:rsidR="00853F6B" w:rsidRDefault="00000000" w:rsidP="00784364">
      <w:bookmarkStart w:id="0" w:name="_Hlk207024036"/>
      <w:bookmarkStart w:id="1" w:name="_Hlk207021358"/>
      <w:bookmarkEnd w:id="0"/>
      <w:r>
        <w:rPr>
          <w:noProof/>
        </w:rPr>
        <w:drawing>
          <wp:inline distT="0" distB="0" distL="0" distR="0" wp14:anchorId="7B6C20B7" wp14:editId="2DFBE1E4">
            <wp:extent cx="2124075" cy="4396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5b57-d5a6-47bd-8339-48c3c0000d2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2012" cy="44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2D77" w14:textId="53148EEE" w:rsidR="00C93337" w:rsidRPr="00C93337" w:rsidRDefault="00000000" w:rsidP="00C93337">
      <w:pPr>
        <w:jc w:val="center"/>
        <w:rPr>
          <w:sz w:val="40"/>
          <w:lang w:val="it-IT"/>
        </w:rPr>
      </w:pPr>
      <w:r w:rsidRPr="003403AB">
        <w:rPr>
          <w:sz w:val="40"/>
          <w:lang w:val="it-IT"/>
        </w:rPr>
        <w:t xml:space="preserve">EXCURSIE DE 1 ZI LA </w:t>
      </w:r>
      <w:r w:rsidR="00242455">
        <w:rPr>
          <w:sz w:val="40"/>
          <w:lang w:val="it-IT"/>
        </w:rPr>
        <w:t>MANASTIREA DEALU MUZEUL AUTOMOBILULUI – CASTRUL ROMAN JIDOVA</w:t>
      </w:r>
      <w:r w:rsidR="00A55BB6">
        <w:rPr>
          <w:sz w:val="40"/>
          <w:lang w:val="it-IT"/>
        </w:rPr>
        <w:t xml:space="preserve"> </w:t>
      </w:r>
      <w:r w:rsidR="00A82047">
        <w:rPr>
          <w:sz w:val="40"/>
          <w:lang w:val="it-IT"/>
        </w:rPr>
        <w:t xml:space="preserve"> </w:t>
      </w:r>
      <w:r w:rsidR="00035418">
        <w:rPr>
          <w:sz w:val="40"/>
          <w:lang w:val="it-IT"/>
        </w:rPr>
        <w:t xml:space="preserve"> </w:t>
      </w:r>
    </w:p>
    <w:p w14:paraId="19AACA86" w14:textId="4A83CA45" w:rsidR="00BF314F" w:rsidRPr="00A709F2" w:rsidRDefault="00B918CB" w:rsidP="00A55BB6">
      <w:pPr>
        <w:rPr>
          <w:lang w:val="it-IT"/>
        </w:rPr>
      </w:pPr>
      <w:r>
        <w:rPr>
          <w:lang w:val="it-IT"/>
        </w:rPr>
        <w:t xml:space="preserve"> </w:t>
      </w:r>
      <w:r w:rsidR="00242455" w:rsidRPr="00242455">
        <w:rPr>
          <w:noProof/>
          <w:lang w:val="it-IT"/>
        </w:rPr>
        <w:drawing>
          <wp:inline distT="0" distB="0" distL="0" distR="0" wp14:anchorId="712809D0" wp14:editId="7E763A4A">
            <wp:extent cx="1600200" cy="1200150"/>
            <wp:effectExtent l="0" t="0" r="0" b="0"/>
            <wp:docPr id="2068644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443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0604" cy="12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455">
        <w:rPr>
          <w:noProof/>
          <w:lang w:val="it-IT"/>
        </w:rPr>
        <w:drawing>
          <wp:inline distT="0" distB="0" distL="0" distR="0" wp14:anchorId="7EFABFE4" wp14:editId="3732A5B1">
            <wp:extent cx="2009775" cy="1196340"/>
            <wp:effectExtent l="0" t="0" r="9525" b="3810"/>
            <wp:docPr id="1116183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56" cy="12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455">
        <w:rPr>
          <w:noProof/>
          <w:lang w:val="it-IT"/>
        </w:rPr>
        <w:drawing>
          <wp:inline distT="0" distB="0" distL="0" distR="0" wp14:anchorId="03982814" wp14:editId="24621704">
            <wp:extent cx="1784985" cy="1188955"/>
            <wp:effectExtent l="0" t="0" r="5715" b="0"/>
            <wp:docPr id="15496356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82" cy="119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3248" w14:textId="4B8422B2" w:rsidR="00C93337" w:rsidRDefault="006060EF" w:rsidP="00DD6BEC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 </w:t>
      </w:r>
    </w:p>
    <w:p w14:paraId="76CC1C1F" w14:textId="5BBF9F15" w:rsidR="00DD6BEC" w:rsidRPr="00D00718" w:rsidRDefault="006060EF" w:rsidP="00DD6BEC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</w:t>
      </w:r>
      <w:r w:rsidR="00DD6BEC" w:rsidRPr="00D00718">
        <w:rPr>
          <w:b/>
          <w:bCs/>
          <w:lang w:val="it-IT"/>
        </w:rPr>
        <w:t>Locuri                 55 persoane               50 persoane                   35 persoane</w:t>
      </w:r>
    </w:p>
    <w:p w14:paraId="034DD323" w14:textId="5265D671" w:rsidR="00BF314F" w:rsidRDefault="006060EF" w:rsidP="003403AB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</w:t>
      </w:r>
      <w:r w:rsidR="00DD6BEC" w:rsidRPr="00D00718">
        <w:rPr>
          <w:b/>
          <w:bCs/>
          <w:lang w:val="it-IT"/>
        </w:rPr>
        <w:t xml:space="preserve">Tarif                   </w:t>
      </w:r>
      <w:r w:rsidR="009A2341">
        <w:rPr>
          <w:b/>
          <w:bCs/>
          <w:lang w:val="it-IT"/>
        </w:rPr>
        <w:t xml:space="preserve">  </w:t>
      </w:r>
      <w:r w:rsidR="00A55BB6">
        <w:rPr>
          <w:b/>
          <w:bCs/>
          <w:lang w:val="it-IT"/>
        </w:rPr>
        <w:t>4</w:t>
      </w:r>
      <w:r w:rsidR="00242455">
        <w:rPr>
          <w:b/>
          <w:bCs/>
          <w:lang w:val="it-IT"/>
        </w:rPr>
        <w:t>0</w:t>
      </w:r>
      <w:r w:rsidR="00A55BB6">
        <w:rPr>
          <w:b/>
          <w:bCs/>
          <w:lang w:val="it-IT"/>
        </w:rPr>
        <w:t>0</w:t>
      </w:r>
      <w:r w:rsidR="001C0FAF">
        <w:rPr>
          <w:b/>
          <w:bCs/>
          <w:lang w:val="it-IT"/>
        </w:rPr>
        <w:t>0</w:t>
      </w:r>
      <w:r w:rsidR="002A31F0" w:rsidRPr="00D00718">
        <w:rPr>
          <w:b/>
          <w:bCs/>
          <w:lang w:val="it-IT"/>
        </w:rPr>
        <w:t xml:space="preserve"> ron </w:t>
      </w:r>
      <w:r w:rsidR="00DD6BEC" w:rsidRPr="00D00718">
        <w:rPr>
          <w:b/>
          <w:bCs/>
          <w:lang w:val="it-IT"/>
        </w:rPr>
        <w:t xml:space="preserve">         </w:t>
      </w:r>
      <w:r w:rsidR="002A31F0" w:rsidRPr="00D00718">
        <w:rPr>
          <w:b/>
          <w:bCs/>
          <w:lang w:val="it-IT"/>
        </w:rPr>
        <w:tab/>
        <w:t xml:space="preserve">     </w:t>
      </w:r>
      <w:r w:rsidR="009A2341">
        <w:rPr>
          <w:b/>
          <w:bCs/>
          <w:lang w:val="it-IT"/>
        </w:rPr>
        <w:t xml:space="preserve">    </w:t>
      </w:r>
      <w:r w:rsidR="00F34A05">
        <w:rPr>
          <w:b/>
          <w:bCs/>
          <w:lang w:val="it-IT"/>
        </w:rPr>
        <w:t xml:space="preserve"> </w:t>
      </w:r>
      <w:r w:rsidR="00242455">
        <w:rPr>
          <w:b/>
          <w:bCs/>
          <w:lang w:val="it-IT"/>
        </w:rPr>
        <w:t>35</w:t>
      </w:r>
      <w:r w:rsidR="00A55BB6">
        <w:rPr>
          <w:b/>
          <w:bCs/>
          <w:lang w:val="it-IT"/>
        </w:rPr>
        <w:t>0</w:t>
      </w:r>
      <w:r w:rsidR="001C0FAF">
        <w:rPr>
          <w:b/>
          <w:bCs/>
          <w:lang w:val="it-IT"/>
        </w:rPr>
        <w:t>0</w:t>
      </w:r>
      <w:r w:rsidR="002A31F0" w:rsidRPr="00D00718">
        <w:rPr>
          <w:b/>
          <w:bCs/>
          <w:lang w:val="it-IT"/>
        </w:rPr>
        <w:t xml:space="preserve"> ron </w:t>
      </w:r>
      <w:r w:rsidR="00F34A05">
        <w:rPr>
          <w:b/>
          <w:bCs/>
          <w:lang w:val="it-IT"/>
        </w:rPr>
        <w:t xml:space="preserve">                         </w:t>
      </w:r>
      <w:r w:rsidR="00A55BB6">
        <w:rPr>
          <w:b/>
          <w:bCs/>
          <w:lang w:val="it-IT"/>
        </w:rPr>
        <w:t>3</w:t>
      </w:r>
      <w:r w:rsidR="0030217D">
        <w:rPr>
          <w:b/>
          <w:bCs/>
          <w:lang w:val="it-IT"/>
        </w:rPr>
        <w:t>0</w:t>
      </w:r>
      <w:r w:rsidR="001C0FAF">
        <w:rPr>
          <w:b/>
          <w:bCs/>
          <w:lang w:val="it-IT"/>
        </w:rPr>
        <w:t>00</w:t>
      </w:r>
      <w:r w:rsidR="002A31F0" w:rsidRPr="00D00718">
        <w:rPr>
          <w:b/>
          <w:bCs/>
          <w:lang w:val="it-IT"/>
        </w:rPr>
        <w:t xml:space="preserve"> ron </w:t>
      </w:r>
    </w:p>
    <w:p w14:paraId="48EAAE84" w14:textId="77777777" w:rsidR="00572E27" w:rsidRPr="00900F35" w:rsidRDefault="00572E27" w:rsidP="003403AB">
      <w:pPr>
        <w:rPr>
          <w:b/>
          <w:bCs/>
          <w:lang w:val="it-IT"/>
        </w:rPr>
      </w:pPr>
    </w:p>
    <w:p w14:paraId="3E88724C" w14:textId="1527B6F1" w:rsidR="00D31047" w:rsidRPr="00A55BB6" w:rsidRDefault="006060EF" w:rsidP="00BD23B8">
      <w:pPr>
        <w:pStyle w:val="NoSpacing"/>
        <w:rPr>
          <w:lang w:val="it-IT"/>
        </w:rPr>
      </w:pPr>
      <w:r>
        <w:rPr>
          <w:b/>
          <w:bCs/>
          <w:lang w:val="it-IT"/>
        </w:rPr>
        <w:t xml:space="preserve">      </w:t>
      </w:r>
      <w:r w:rsidR="003403AB" w:rsidRPr="00900F35">
        <w:rPr>
          <w:b/>
          <w:bCs/>
          <w:lang w:val="it-IT"/>
        </w:rPr>
        <w:t>OBIECTIVE TURISTICE</w:t>
      </w:r>
      <w:r w:rsidR="002D43AE">
        <w:rPr>
          <w:b/>
          <w:bCs/>
          <w:lang w:val="it-IT"/>
        </w:rPr>
        <w:t xml:space="preserve"> </w:t>
      </w:r>
      <w:r w:rsidR="00035418">
        <w:rPr>
          <w:b/>
          <w:bCs/>
          <w:lang w:val="it-IT"/>
        </w:rPr>
        <w:t>:</w:t>
      </w:r>
      <w:r w:rsidR="00035418" w:rsidRPr="00035418">
        <w:rPr>
          <w:lang w:val="it-IT"/>
        </w:rPr>
        <w:t xml:space="preserve"> </w:t>
      </w:r>
      <w:r w:rsidR="00A55BB6" w:rsidRPr="00A55BB6">
        <w:rPr>
          <w:lang w:val="it-IT"/>
        </w:rPr>
        <w:t xml:space="preserve">Bucuresti </w:t>
      </w:r>
      <w:r w:rsidR="0030217D">
        <w:rPr>
          <w:lang w:val="it-IT"/>
        </w:rPr>
        <w:t>–</w:t>
      </w:r>
      <w:r w:rsidR="00A55BB6" w:rsidRPr="00A55BB6">
        <w:rPr>
          <w:lang w:val="it-IT"/>
        </w:rPr>
        <w:t xml:space="preserve"> </w:t>
      </w:r>
      <w:r w:rsidR="0030217D" w:rsidRPr="0030217D">
        <w:rPr>
          <w:b/>
          <w:bCs/>
          <w:color w:val="EE0000"/>
          <w:lang w:val="it-IT"/>
        </w:rPr>
        <w:t>Targoviste</w:t>
      </w:r>
      <w:r w:rsidR="0030217D">
        <w:rPr>
          <w:lang w:val="it-IT"/>
        </w:rPr>
        <w:t xml:space="preserve"> </w:t>
      </w:r>
      <w:r w:rsidR="00A55BB6" w:rsidRPr="00A55BB6">
        <w:rPr>
          <w:lang w:val="it-IT"/>
        </w:rPr>
        <w:t xml:space="preserve"> (</w:t>
      </w:r>
      <w:r w:rsidR="0030217D">
        <w:rPr>
          <w:lang w:val="it-IT"/>
        </w:rPr>
        <w:t>Mrea.Dealu</w:t>
      </w:r>
      <w:r w:rsidR="00A55BB6" w:rsidRPr="00A55BB6">
        <w:rPr>
          <w:lang w:val="it-IT"/>
        </w:rPr>
        <w:t xml:space="preserve">)  - </w:t>
      </w:r>
      <w:r w:rsidR="0030217D" w:rsidRPr="0030217D">
        <w:rPr>
          <w:b/>
          <w:bCs/>
          <w:color w:val="EE0000"/>
          <w:lang w:val="it-IT"/>
        </w:rPr>
        <w:t xml:space="preserve">Campulung </w:t>
      </w:r>
      <w:r w:rsidR="00BD23B8">
        <w:rPr>
          <w:b/>
          <w:bCs/>
          <w:color w:val="EE0000"/>
          <w:lang w:val="it-IT"/>
        </w:rPr>
        <w:t xml:space="preserve">Muscel                            </w:t>
      </w:r>
      <w:r w:rsidR="00BD23B8">
        <w:rPr>
          <w:lang w:val="it-IT"/>
        </w:rPr>
        <w:t xml:space="preserve">                                     </w:t>
      </w:r>
      <w:r w:rsidR="0030217D">
        <w:rPr>
          <w:lang w:val="it-IT"/>
        </w:rPr>
        <w:t xml:space="preserve"> </w:t>
      </w:r>
      <w:r w:rsidR="00BD23B8">
        <w:rPr>
          <w:lang w:val="it-IT"/>
        </w:rPr>
        <w:t xml:space="preserve">                            (</w:t>
      </w:r>
      <w:r w:rsidR="0030217D">
        <w:rPr>
          <w:lang w:val="it-IT"/>
        </w:rPr>
        <w:t xml:space="preserve">Muzeul Automobilului , Castrul Roman Jidova ) – Bucuresti </w:t>
      </w:r>
    </w:p>
    <w:p w14:paraId="76ACB672" w14:textId="77777777" w:rsidR="006E0D2D" w:rsidRPr="006E0D2D" w:rsidRDefault="006E0D2D" w:rsidP="006E0D2D">
      <w:pPr>
        <w:spacing w:after="14"/>
        <w:ind w:left="1"/>
        <w:rPr>
          <w:lang w:val="it-IT"/>
        </w:rPr>
      </w:pPr>
    </w:p>
    <w:p w14:paraId="13959E03" w14:textId="6D181923" w:rsidR="00D31047" w:rsidRPr="003403AB" w:rsidRDefault="003403AB" w:rsidP="003403AB">
      <w:pPr>
        <w:rPr>
          <w:lang w:val="it-IT"/>
        </w:rPr>
      </w:pPr>
      <w:r w:rsidRPr="00900F35">
        <w:rPr>
          <w:lang w:val="it-IT"/>
        </w:rPr>
        <w:t xml:space="preserve">          </w:t>
      </w:r>
      <w:r w:rsidR="006060EF">
        <w:rPr>
          <w:lang w:val="it-IT"/>
        </w:rPr>
        <w:t xml:space="preserve">  </w:t>
      </w:r>
      <w:r w:rsidRPr="003403AB">
        <w:rPr>
          <w:lang w:val="it-IT"/>
        </w:rPr>
        <w:t xml:space="preserve">Obiectivele turistice sunt orientative, se vor vizita în limita a </w:t>
      </w:r>
      <w:r w:rsidR="00D00718">
        <w:rPr>
          <w:lang w:val="it-IT"/>
        </w:rPr>
        <w:t>1</w:t>
      </w:r>
      <w:r w:rsidR="00784364">
        <w:rPr>
          <w:lang w:val="it-IT"/>
        </w:rPr>
        <w:t>2</w:t>
      </w:r>
      <w:r w:rsidRPr="003403AB">
        <w:rPr>
          <w:lang w:val="it-IT"/>
        </w:rPr>
        <w:t xml:space="preserve"> ore cât durează excursia!</w:t>
      </w:r>
    </w:p>
    <w:p w14:paraId="351621BC" w14:textId="0F8E57D3" w:rsidR="006060EF" w:rsidRDefault="00000000" w:rsidP="003403AB">
      <w:pPr>
        <w:rPr>
          <w:lang w:val="it-IT"/>
        </w:rPr>
      </w:pPr>
      <w:r w:rsidRPr="003403AB">
        <w:rPr>
          <w:lang w:val="it-IT"/>
        </w:rPr>
        <w:t>Pentru vizitarea altor obiective turistice care nu se află pe traseul menționat, prețul se recalculează.</w:t>
      </w:r>
    </w:p>
    <w:p w14:paraId="0F192450" w14:textId="77777777" w:rsidR="00A55BB6" w:rsidRPr="003403AB" w:rsidRDefault="00A55BB6" w:rsidP="003403AB">
      <w:pPr>
        <w:rPr>
          <w:lang w:val="it-IT"/>
        </w:rPr>
      </w:pPr>
    </w:p>
    <w:p w14:paraId="1A19CEF2" w14:textId="77777777" w:rsidR="00D31047" w:rsidRPr="003403AB" w:rsidRDefault="00000000" w:rsidP="003403AB">
      <w:pPr>
        <w:rPr>
          <w:b/>
          <w:bCs/>
          <w:lang w:val="it-IT"/>
        </w:rPr>
      </w:pPr>
      <w:r w:rsidRPr="003403AB">
        <w:rPr>
          <w:b/>
          <w:bCs/>
          <w:lang w:val="it-IT"/>
        </w:rPr>
        <w:t>PREȚUL INCLUDE:</w:t>
      </w:r>
    </w:p>
    <w:p w14:paraId="6B24DF5F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transport cu autocare clasificate;</w:t>
      </w:r>
    </w:p>
    <w:p w14:paraId="34FBEA4D" w14:textId="77777777" w:rsidR="00D31047" w:rsidRPr="003403AB" w:rsidRDefault="00000000" w:rsidP="003403AB">
      <w:pPr>
        <w:rPr>
          <w:b/>
          <w:bCs/>
          <w:lang w:val="it-IT"/>
        </w:rPr>
      </w:pPr>
      <w:r w:rsidRPr="003403AB">
        <w:rPr>
          <w:b/>
          <w:bCs/>
          <w:lang w:val="it-IT"/>
        </w:rPr>
        <w:t>PREȚUL NU INCLUDE:</w:t>
      </w:r>
    </w:p>
    <w:p w14:paraId="3F584EF6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rezervările și taxele de intrare la obiectivele turistice; taxele de intrare în orașe;</w:t>
      </w:r>
    </w:p>
    <w:p w14:paraId="39DA012E" w14:textId="77777777" w:rsidR="00D31047" w:rsidRDefault="00000000" w:rsidP="003403AB">
      <w:r>
        <w:t>- taxele pentru parcări.</w:t>
      </w:r>
      <w:bookmarkEnd w:id="1"/>
    </w:p>
    <w:sectPr w:rsidR="00D31047" w:rsidSect="00034616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38DBC" w14:textId="77777777" w:rsidR="0045346D" w:rsidRDefault="0045346D">
      <w:pPr>
        <w:spacing w:after="0" w:line="240" w:lineRule="auto"/>
      </w:pPr>
      <w:r>
        <w:separator/>
      </w:r>
    </w:p>
  </w:endnote>
  <w:endnote w:type="continuationSeparator" w:id="0">
    <w:p w14:paraId="6ED25D07" w14:textId="77777777" w:rsidR="0045346D" w:rsidRDefault="00453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AC32D" w14:textId="77777777" w:rsidR="00D31047" w:rsidRDefault="00000000">
    <w:pPr>
      <w:pStyle w:val="Footer"/>
      <w:jc w:val="center"/>
    </w:pPr>
    <w:r>
      <w:t>ALSYS TRAVEL | Strada Drumul Sării nr. 146, Sector 6, București | Tel: +40 21 411 26 26 | E‑mail: office@alsystravel.ro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2867F" w14:textId="77777777" w:rsidR="0045346D" w:rsidRDefault="0045346D">
      <w:pPr>
        <w:spacing w:after="0" w:line="240" w:lineRule="auto"/>
      </w:pPr>
      <w:r>
        <w:separator/>
      </w:r>
    </w:p>
  </w:footnote>
  <w:footnote w:type="continuationSeparator" w:id="0">
    <w:p w14:paraId="4518EFDA" w14:textId="77777777" w:rsidR="0045346D" w:rsidRDefault="00453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9634289">
    <w:abstractNumId w:val="8"/>
  </w:num>
  <w:num w:numId="2" w16cid:durableId="1150094290">
    <w:abstractNumId w:val="6"/>
  </w:num>
  <w:num w:numId="3" w16cid:durableId="925922313">
    <w:abstractNumId w:val="5"/>
  </w:num>
  <w:num w:numId="4" w16cid:durableId="1233005390">
    <w:abstractNumId w:val="4"/>
  </w:num>
  <w:num w:numId="5" w16cid:durableId="29646259">
    <w:abstractNumId w:val="7"/>
  </w:num>
  <w:num w:numId="6" w16cid:durableId="1903826691">
    <w:abstractNumId w:val="3"/>
  </w:num>
  <w:num w:numId="7" w16cid:durableId="1443960450">
    <w:abstractNumId w:val="2"/>
  </w:num>
  <w:num w:numId="8" w16cid:durableId="1283882010">
    <w:abstractNumId w:val="1"/>
  </w:num>
  <w:num w:numId="9" w16cid:durableId="188613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5418"/>
    <w:rsid w:val="0006063C"/>
    <w:rsid w:val="0006799D"/>
    <w:rsid w:val="000E725C"/>
    <w:rsid w:val="0015074B"/>
    <w:rsid w:val="001C0FAF"/>
    <w:rsid w:val="001C691C"/>
    <w:rsid w:val="00227F20"/>
    <w:rsid w:val="00242455"/>
    <w:rsid w:val="00252C9D"/>
    <w:rsid w:val="00286F3E"/>
    <w:rsid w:val="0029639D"/>
    <w:rsid w:val="002A31F0"/>
    <w:rsid w:val="002D3521"/>
    <w:rsid w:val="002D43AE"/>
    <w:rsid w:val="002E6A06"/>
    <w:rsid w:val="0030217D"/>
    <w:rsid w:val="00326F90"/>
    <w:rsid w:val="00330237"/>
    <w:rsid w:val="00333D8F"/>
    <w:rsid w:val="003403AB"/>
    <w:rsid w:val="003712A0"/>
    <w:rsid w:val="00440A0D"/>
    <w:rsid w:val="0045346D"/>
    <w:rsid w:val="00457D4E"/>
    <w:rsid w:val="004C05C3"/>
    <w:rsid w:val="00572E27"/>
    <w:rsid w:val="00582CE6"/>
    <w:rsid w:val="0059197C"/>
    <w:rsid w:val="005E363F"/>
    <w:rsid w:val="006037F7"/>
    <w:rsid w:val="006060EF"/>
    <w:rsid w:val="00614A29"/>
    <w:rsid w:val="006A6BF7"/>
    <w:rsid w:val="006D1F69"/>
    <w:rsid w:val="006E0D2D"/>
    <w:rsid w:val="006E762D"/>
    <w:rsid w:val="00702E51"/>
    <w:rsid w:val="007053FE"/>
    <w:rsid w:val="007105BD"/>
    <w:rsid w:val="00722FE3"/>
    <w:rsid w:val="00784364"/>
    <w:rsid w:val="0078680B"/>
    <w:rsid w:val="007A3631"/>
    <w:rsid w:val="00844BC4"/>
    <w:rsid w:val="00853F6B"/>
    <w:rsid w:val="008A3E06"/>
    <w:rsid w:val="008F3BED"/>
    <w:rsid w:val="00900F35"/>
    <w:rsid w:val="009A2341"/>
    <w:rsid w:val="009D3352"/>
    <w:rsid w:val="009E70FD"/>
    <w:rsid w:val="009F4BA0"/>
    <w:rsid w:val="00A51A16"/>
    <w:rsid w:val="00A55BB6"/>
    <w:rsid w:val="00A709F2"/>
    <w:rsid w:val="00A82047"/>
    <w:rsid w:val="00A941C6"/>
    <w:rsid w:val="00AA1D8D"/>
    <w:rsid w:val="00B02E04"/>
    <w:rsid w:val="00B15727"/>
    <w:rsid w:val="00B47730"/>
    <w:rsid w:val="00B918CB"/>
    <w:rsid w:val="00BB10F4"/>
    <w:rsid w:val="00BB6DFA"/>
    <w:rsid w:val="00BD23B8"/>
    <w:rsid w:val="00BF314F"/>
    <w:rsid w:val="00C93337"/>
    <w:rsid w:val="00CA201F"/>
    <w:rsid w:val="00CB0664"/>
    <w:rsid w:val="00CB26A5"/>
    <w:rsid w:val="00CC43B5"/>
    <w:rsid w:val="00D00718"/>
    <w:rsid w:val="00D01E59"/>
    <w:rsid w:val="00D31047"/>
    <w:rsid w:val="00D569DE"/>
    <w:rsid w:val="00D63E6D"/>
    <w:rsid w:val="00DB1101"/>
    <w:rsid w:val="00DB215E"/>
    <w:rsid w:val="00DC1CCA"/>
    <w:rsid w:val="00DD6BEC"/>
    <w:rsid w:val="00EB2E16"/>
    <w:rsid w:val="00EF1931"/>
    <w:rsid w:val="00F16952"/>
    <w:rsid w:val="00F34A0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5F1BF"/>
  <w14:defaultImageDpi w14:val="300"/>
  <w15:docId w15:val="{3575C75A-A79B-4895-AF3C-7971A530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HP</cp:lastModifiedBy>
  <cp:revision>8</cp:revision>
  <dcterms:created xsi:type="dcterms:W3CDTF">2025-08-27T09:13:00Z</dcterms:created>
  <dcterms:modified xsi:type="dcterms:W3CDTF">2025-08-28T10:39:00Z</dcterms:modified>
  <cp:category/>
</cp:coreProperties>
</file>